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האותיות הסופיות ולדעת מתי כותבים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הניקוד והדגש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כתב יד ברור ומסודר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דווקא הצורה הסופית של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מ, נ, צ, פ,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לכתב יד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ישר מול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אוחזים בעט בצורה 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כל אות בנפרד ובצורה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רווח קטן בין מילה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תקין מבחינה לשונית ומכיל לפחות שתי אותיות סופיות מעוגלות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מ, נ, צ, פ, כ (או הצורות הסופיות שלהן)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הדגש משנה את ההגייה, למשל פּ נשמעת כמו p ולא f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כתב מילה עם אות סופית נכונה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חמש האותיות הסופיות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אות עם דגש לבלי דגש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אותיות שמקבלות צורה מיוחדת כשהן נמצאות בסוף מילה, ויש ניקוד שעוזר לדעת איך לקרוא כל אות. בדף הזה נתרגל אותיות סופיות, תנועות, דגש וגם טיפים לכתב יד 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ם  ·  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אות היא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כותבים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בתחילת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בסוף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ך היא הצורה הרגילה של האות כ, לא הצורה הסופית.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חמש אותיות בעברית שיש להן צורה 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הצורה הסופית של האות מ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הצורה הסופית של האות כ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לכתב יד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כל אות בנפרד ובצורה מלאה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יושבים ישר מול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משאירים רווח קטן בין מילה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אוחזים בעט בצורה נוחה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של 3-4 מילים שיש בו לפחות שתי אותיות סופיות, והקיפו אותן.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חמש האותיות שיש להן צורה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הדגש באות פּ?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