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האותיות הסופיות ולדעת מתי כותבים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הניקוד והדגש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כתב יד ברור ומסודר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 p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דווקא הצורה הסופית של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מ, נ, צ, פ,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הדגש בבּ נותן צליל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הצורה שלהן קרובה וצריך לשים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k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לכתב יד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ישר מול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אוחזים בעט בצורה 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כל אות בנפרד ובצורה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רווח קטן בין מילה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שהאותיות הסופיות נכתבו נכון בסוף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תקין מבחינה לשונית ומכיל לפחות שתי אותיות סופיות מעוגלות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מ, נ, צ, פ, כ (או הצורות הסופיות שלהן)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הדגש משנה את ההגייה, למשל פּ נשמעת כמו p ולא f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כתב מילה עם אות סופית נכונה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חמש האותיות הסופיות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אות עם דגש לבלי דגש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אותיות שנכתבות אחרת בסוף מילה. יש גם סימנים קטנים (ניקוד) שעוזרים לקרוא נכון. נתרגל את זה בדף.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שכותבים אחרת כשהיא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קטנה באות שמשנה איך שומעים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שעוזר לדעת איך לקרוא את האות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כמו הצליל אָ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שנשמע גם הוא כמו אָ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נקודות קטנות, לפעמים לא נשמעות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ביד בצורה ברורה ומסודרת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מנצפ״ך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שעוזרת לזכור אילו אותיות יש להן צורה סופית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הצורה המיוחדת של נ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במילה משתמשים באות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מקום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שומעים פּ עם נקודה באמצע?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מקבלות צורה מיוחדת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ניקוד נשמע כמו אָ?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ך היא הצורה הרגילה של האות כ, לא הצורה הסופית.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חמש אותיות בעברית שיש להן צורה 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בּ עם דגש נשמעת כמו ב רגילה (b).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ד ו-ר דומות בצורתן ולכן קל להתבלבל ביניהן בכתיבה.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הצורה הסופית של האות מ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הצורה הסופית של האות כ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דגש באות כּ היא נשמעת כמו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סימן הניקוד שנראה כמו קו קטן מתחת לאות ונשמע אָ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לכתב יד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 ישר מול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שהאותיות הסופיות נכתבו נכון בסוף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אוחזים בעט בצורה 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כל אות בנפרד ובצורה מלאה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רווח קטן בין מילה למילה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של 3-4 מילים שיש בו לפחות שתי אותיות סופיות, והקיפו אותן.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האותיות שיש להן צורה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הדגש באות פּ?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לאות סופית אחת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