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האותיות הסופיות ולדעת מתי כותבים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 הניקוד והדגש בקריאת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כתב יד ברור ומסודר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בסוף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כמו p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ך היא דווקא הצורה הסופית של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מ, נ, צ, פ, 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הדגש בבּ נותן צליל 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הצורה שלהן קרובה וצריך לשים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k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אות לצורה הסופית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לכתב יד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יושבים ישר מול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אוחזים בעט בצורה 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כל אות בנפרד ובצורה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משאירים רווח קטן בין מילה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שהאותיות הסופיות נכתבו נכון בסוף המילים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תקין מבחינה לשונית ומכיל לפחות שתי אותיות סופיות מעוגלות בבירור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מ, נ, צ, פ, כ (או הצורות הסופיות שלהן)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הדגש משנה את ההגייה, למשל פּ נשמעת כמו p ולא f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 כתב מילה עם אות סופית נכונה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על הלוח את חמש האותיות הסופיות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ההבדל בין אות עם דגש לבלי דגש לפני המשימה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אותיות שמקבלות צורה מיוחדת כשהן נמצאות בסוף מילה, ויש ניקוד שעוזר לדעת איך לקרוא כל אות. בדף הזה נתרגל אותיות סופיות, תנועות, דגש וגם טיפים לכתב יד ברור.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אות היא הצורה הסופית של האות נ?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כותבים אות 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מקום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נשמעת האות פּ כשיש בה דגש (נקודה)?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 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 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 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 k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אותיות בעברית הן אותיות סופיות?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תנועה נשמעת כמו הצליל אָ?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ך היא הצורה הרגילה של האות כ, לא הצורה הסופית.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חמש אותיות בעברית שיש להן צורה סופית.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בּ עם דגש נשמעת כמו ב רגילה (b).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ד ו-ר דומות בצורתן ולכן קל להתבלבל ביניהן בכתיבה.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הצורה הסופית של האות מ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הצורה הסופית של האות כ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דגש באות כּ היא נשמעת כמו הצליל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סימן הניקוד שנראה כמו קו קטן מתחת לאות ונשמע אָ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אות לצורה הסופית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לכתב יד 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אוחזים בעט בצורה נוחה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כל אות בנפרד ובצורה מלאה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משאירים רווח קטן בין מילה למילה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שהאותיות הסופיות נכתבו נכון בסוף המילים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יושבים ישר מול הדף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של 3-4 מילים שיש בו לפחות שתי אותיות סופיות, והקיפו אותן.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חמש האותיות שיש להן צורה סופית?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הדגש באות פּ?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לאות סופית אחת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